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СОГЛАСИЕ</w:t>
      </w:r>
    </w:p>
    <w:p>
      <w:pPr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на обработку персональных данных</w:t>
      </w:r>
    </w:p>
    <w:p>
      <w:pPr>
        <w:spacing w:after="16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ФОНД «БЫТЬ ДОБРУ»</w:t>
      </w:r>
    </w:p>
    <w:p>
      <w:pPr>
        <w:spacing w:after="320"/>
        <w:ind w:firstLine="0"/>
        <w:jc w:val="center"/>
      </w:pPr>
      <w:r>
        <w:rPr>
          <w:rFonts w:ascii="Times New Roman" w:hAnsi="Times New Roman" w:eastAsia="Times New Roman"/>
          <w:b w:val="0"/>
          <w:i/>
          <w:sz w:val="24"/>
        </w:rPr>
        <w:t>Проект документа. Редакция от 29 августа 2026 года.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1. Текст согласия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1.1. Я свободно, своей волей и в своем интересе даю ФОНДУ «БЫТЬ ДОБРУ» (сокращенное наименование: ФБД), ОГРН 1257700318974, ИНН 9721254417, КПП 772101001, адрес: 109462, г. Москва, вн. тер. г. муниципальный округ Кузьминки, б-р Волжский, д. 51, стр. 17, помещ. 101, далее — «Оператор» / «Фонд», согласие на обработку моих персональных данных на условиях настоящего документа.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1.2. Согласие дается в соответствии со статьей 9 Федерального закона от 27.07.2006 № 152-ФЗ «О персональных данных».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1.3. Согласие распространяется на персональные данные, которые я предоставляю на сайте https://fond-bit-dobru.ru/ (далее — Сайт), в том числе через форму обращения и при совершении пожертвования, а также на данные, которые я направляю Фонду по адресу электронной почты SOROVOI@MAIL.RU.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1.4. Настоящий документ подготовлен как проект для размещения по адресу https://fond-bit-dobru.ru/personal-data-consent и последующего утверждения Фондом.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2. Перечень персональных данных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 Я даю согласие на обработку следующих персональных данных: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2.1.1. фамилия, имя, отчество (если я их сообщаю), имя, указанное в форме обращения;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2.1.2. адрес электронной почты;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2.1.3. содержание обращения;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2.1.4. сумма пожертвования, идентификатор платежа, статус и дата операции — если я совершаю пожертвование;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2.1.5. IP-адрес, сведения о браузере и устройстве, дата и время обращения или платежа, файлы cookie и иные технические данные, необходимые для работы и защиты Сайта.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2.2. Я уведомлен, что Фонд не получает и не хранит номера банковских карт, коды подтверждения и данные банковских приложений. Эти сведения обрабатывает платежный сервис самостоятельно.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2.3. Согласие не распространяется на биометрические персональные данные и специальные категории персональных данных. Такие данные через формы Сайта не запрашиваются.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3. Цели обработки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 Персональные данные обрабатываются в следующих целях: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3.1.1. рассмотрение обращения и направление ответа;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3.1.2. проведение, учет и подтверждение пожертвования, информирование о результате платежа;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3.1.3. обеспечение работы, отказоустойчивости и безопасности Сайта;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3.1.4. исполнение требований законодательства Российской Федерации;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3.1.5. защита прав и законных интересов Фонда и субъекта персональных данных.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3.2. Согласие на обработку персональных данных оформляется отдельно от акцепта публичной оферты о заключении договора пожертвования и не заменяет такой акцепт.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4. Действия с персональными данными и способы обработки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4.1. Я разрешаю совершать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 лицам, указанным в разделе 5, поручение обработки, блокирование, удаление и уничтожение персональных данных.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4.2. Обработка осуществляется с использованием средств автоматизации и без использования таких средств.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4.3. Фонд не распространяет мои персональные данные и не размещает их в общедоступных источниках без отдельного законного основания.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5. Лица, которым могут быть предоставлены данные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5.1. Иностранные информационные системы, иностранный хостинг и иностранные обработчики персональных данных не используются. Трансграничная передача персональных данных не осуществляется.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5.2. В объеме, необходимом для целей, указанных в разделе 3, данные могут предоставляться следующим лицам, находящимся в Российской Федерации: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5.2.1. ООО НКО «ЮМани» (сервис ЮKassa) — прием и проведение платежа;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5.2.2. ООО «Таймвэб.Облако» (сервис Timeweb Cloud) — размещение Сайта и хранение данных на территории Российской Федерации;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5.2.3. ООО «ВК» (электронная почта Mail.ru) — обмен сообщениями по адресу SOROVOI@MAIL.RU.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5.3. Данные могут быть предоставлены государственным органам в случаях и порядке, предусмотренных законодательством Российской Федерации.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6. Срок действия и отзыв согласия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6.1. Согласие действует с момента его предоставления до достижения целей обработки либо до отзыва согласия, в зависимости от того, какое событие наступит раньше, если продолжение обработки не требуется в соответствии с законодательством Российской Федерации.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6.2. Сведения, необходимые для бухгалтерского, налогового учета и учета пожертвований, могут храниться в течение сроков, установленных законодательством, независимо от отзыва согласия, если у Оператора сохраняется иное законное основание обработки.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6.3. Я вправе отозвать согласие, направив обращение на адрес SOROVOI@MAIL.RU либо в письменной форме по адресу Оператора, указанному в пункте 1.1. В обращении указываются фамилия, имя, отчество (при наличии), контакт для ответа и сведения, позволяющие определить данные, к которым относится отзыв.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6.4. Отзыв согласия не влияет на законность обработки, осуществленной до получения отзыва Оператором.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7. Подтверждение согласия и связанные документы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7.1. Факт предоставления согласия через Сайт подтверждается установкой отдельного флажка в форме. Фонд фиксирует факт согласия, версию текста, дату и технические сведения, необходимые для подтверждения получения согласия.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7.2. Политика Фонда в отношении обработки персональных данных размещается по адресу https://fond-bit-dobru.ru/privacy.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7.3. Сведения об использовании файлов cookie размещаются по адресу https://fond-bit-dobru.ru/cookies.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7.4. Публичная оферта о заключении договора пожертвования размещается по адресу https://fond-bit-dobru.ru/donation-offer.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7.5. Давая согласие, я подтверждаю, что ознакомлен с Политикой Фонда в отношении обработки персональных данных.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8. Текст отдельного флажка на сайте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8.1. На Сайте используется отдельный флажок со следующим текстом: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«Я даю согласие на обработку персональных данных и ознакомлен с Политикой Фонда в отношении обработки персональных данных».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8.2. Установка указанного флажка означает предоставление согласия на условиях настоящего документа.</w:t>
      </w:r>
    </w:p>
    <w:p>
      <w:pPr>
        <w:spacing w:before="28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9. Реквизиты Оператора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ФОНД «БЫТЬ ДОБРУ»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Сокращенное наименование: ФБД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ОГРН 1257700318974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ИНН 9721254417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КПП 772101001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Адрес: 109462, г. Москва, вн. тер. г. муниципальный округ Кузьминки, б-р Волжский, д. 51, стр. 17, помещ. 101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Адрес электронной почты: SOROVOI@MAIL.RU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Сайт: https://fond-bit-dobru.ru/</w:t>
      </w:r>
    </w:p>
    <w:sectPr w:rsidR="00FC693F" w:rsidRPr="0006063C" w:rsidSect="00034616"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  <w:ind w:firstLine="709"/>
    </w:pPr>
    <w:rPr>
      <w:rFonts w:ascii="Times New Roman" w:hAnsi="Times New Roman" w:eastAsia="Times New Roman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